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ציונות והיישוב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מבשרי הציונות ואת רעיון הגאולה בדרך 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היישוב הישן ליישוב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משמעות הצהרת בלפור ואת הרקע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רבנים והוגים שקראו לפעולה לשיבת ציון לפני הציונות המדינית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גאולה הדרגתית הבאה בפעולת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ירושלים, חברון, צפת,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רב ראשי מטעם השלטון העותמאני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תמיכה בהקמת בית לאומי לעם היהודי בארץ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כספי החלוקה מימנו חלק גדול מחיי היישוב הישן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תהליכי שינוי כמו יציאה מהחומות וניסיונות פרודוקטיביזציה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ביל״ו הקימו מושבות וקראו לעבודה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ההצהרה דיברה על בית לאומי בלבד, ללא הבטחה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חיבת ציון פעלה בשנות ה-80 של המאה ה-19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ועידת סן רמו התקיימה ב-1920, שלוש שנים אחרי ההצהרה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חיבת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מקווה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ביל״ו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הברון רוטשילד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יק״א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(רבנים והוגים שקראו לפעולה עוד לפני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(יהודים שגרו בארץ לפני העלייה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(תנועת חלוצים מהעלייה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(הברון רוטשילד)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(מכתב בריטי שהבטיח בית לאומי ליהודים)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מבשרי הציונות קוראים לפעולה למען שיבת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תחילת העלייה הראשונה והקמת מושבות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הצהרת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ועידת סן רמו ואישור כתב המנדט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היישוב הישן התבסס על לימוד תורה ותרומות מהגולה, ואילו היישוב החדש התבסס על עבודה עצמית וחקלאות מודרנית במושבות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לפעול בעצמם לשיבת ציון ולא לחכות לנס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היישוב הישן התבסס על תרומות ולימוד, היישוב החדש על עבודה עצמית וחקלאות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הבטיחה בית לאומי, לא הבטיחה מדינה עצמאית או גבולות מדויקים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 קצר מהסרטון המתאים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בהבדל בין 'בית לאומי' ל'מדינה' כדי להעמיק את ההבנה ההיסטורית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לקבוצות הזקוקות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ציונות והיישוב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ההתחלה של הציונות: אנשים שרצו לחזור לארץ ישראל, היהודים שגרו בארץ לפני כן, המושבות הראשונות, והבטחה חשובה של בריטניה.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מבשרי הציונות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רבנים והוגים שקראו לפעול למען שיבת ציון עוד לפני הרצל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גאולה בדרך הטבע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שהגאולה יכולה לבוא בהדרגה, בפעולת אדם ולא רק בנס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היישוב הישן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שגרו בארץ ישראל לפני העלייה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פרודוקטיביזציה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מחיי לימוד ותרומות לעבודה יצרנית כמו חקלאות ומלאכה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חיבת ציון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שקראה לתמוך בהתיישבות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ביל״ו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חלוצים שעלתה ארצה בעלייה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הצהרת בלפור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בריטי מ-1917 שהבטיח תמיכה בבית לאומי לעם היהודי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 המנדט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בינלאומי שאישר את השלטון הבריטי בארץ ישראל וכלל את הצהרת בלפור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קרא לחזור לארץ ישראל עוד לפני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רבנים והוגים שקראו לפעולה לשיבת ציון לפני הציונות המדינית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 הכנסת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חיילים בצבא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 מתימן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 הרעיון שהגאולה יכולה לבוא לאט לאט?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גאולה שתבוא רק בנס משמים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גאולה הדרגתית הבאה בפעולת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גאולה שתגיע מבריטניה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גאולה שתלויה רק בתפילה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בעיקר גרו יהודי היישוב הישן?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ירושלים, חברון, צפת,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יפו, חיפה, עכו, רמלה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ירושלים, יפו, חיפה, צפת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חברון, יפו, רמלה, עכו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זה החכם באשי?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 ראשי מטעם השלטון העותמאני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האוצר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 תנועת ביל״ו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נציג יהודי בפרלמנט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בדיוק הבטיחה בריטניה ליהודים?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מדינה יהודית עצמאית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תמיכה בהקמת בית לאומי לעם היהודי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העברת כל האדמות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שלטון בריטי בארץ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התקיים בעיקר מכספי חלוקה שנאספו בקרב יהודי הגולה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היה חברה קפואה לחלוטין שלא השתנתה מעולם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ביל״ו הייתה תנועת חלוצים שעלתה ארצה בעלייה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 הבטיחה הקמת מדינה יהודית עצמאית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חיבת ציון הייתה תנועה שתמכה בהתיישבות יהודית בארץ ישראל עוד לפני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סן רמו התקיימה לפני הצהרת בלפור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התנועה שקראה לתמוך בהתיישבות יהודית בארץ ישראל עוד לפני הציונות המדינית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בית הספר החקלאי הראשון שהוקם בארץ 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תנועת החלוצים שעלתה ארצה בעלייה הראשונה והקימה מושבות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האיש שתמך כלכלית במושבות וכונה 'הנדיב הידוע'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החברה שתמכה כלכלית בהתיישבות וכונתה בראשי תיבות __________ המשיכה את תמיכת הברון רוטשילד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מבשרי הציונות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יהודים שגרו בארץ לפני העלייה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היישוב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הברון רוטשילד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ביל״ו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מכתב בריטי שהבטיח בית לאומי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הנדיב הידוע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תנועת חלוצים מהעלייה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הצהרת בלפור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רבנים והוגים שקראו לפעולה עוד לפני הרצל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העלייה הראשונה והקמת מושבות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מבשרי הציונות קוראים לפעולה למען שיבת ציון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סן רמו ואישור כתב המנדט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העיקרי בין היישוב הישן ליישוב החדש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ביקשו מבשרי הציונות שהעם היהודי יעשה?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היישוב הישן ליישוב החדש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הבטיחה ומה לא הבטיחה הצהרת בלפור?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ציונות והיישוב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