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ציונות והיישוב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מבשרי הציונות ואת רעיון הגאולה בדרך הטבע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היישוב הישן ליישוב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משמעות הצהרת בלפור ואת הרקע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רבנים והוגים שקראו לפעולה לשיבת ציון לפני הציונות המדינית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ירושלים, חברון, צפת, טבריה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כספי החלוקה מימנו חלק גדול מחיי היישוב הישן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ביל״ו הקימו מושבות וקראו לעבודה עצמית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ביל״ו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(רבנים והוגים שקראו לפעולה עוד לפני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(יהודים שגרו בארץ לפני 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(תנועת חלוצים מהעלייה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(הברון רוטשילד)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 הציונות קוראים לפעולה למען שיבת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תחילת העלייה הראשונה והקמת מושבות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הצהרת בלפור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ועידת סן רמו ואישור כתב המנדט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לפעול בעצמם לשיבת ציון ולא לחכות לנס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היישוב הישן התבסס על תרומות ולימוד, היישוב החדש על עבודה עצמית וחקלאות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הבטיחה בית לאומי, לא הבטיחה מדינה עצמאית או גבולות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קטע קצר מהסרטון המתאים לפני כל חלק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בהבדל בין 'בית לאומי' ל'מדינה' כדי להעמיק את ההבנה 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לקבוצות הזקוקות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ציונות והיישוב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נעסוק בתהליכים שקדמו להקמת המדינה: הרעיונות של מבשרי הציונות, החיים ביישוב הישן, העלייה הראשונה והקמת המושבות, ולבסוף הצהרת בלפור שהבטיחה בית לאומי לעם היהודי.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חיבת ציון  ·  ביל״ו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נחשבים ל'מבשרי הציונות'?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רבנים והוגים שקראו לפעולה לשיבת ציון לפני הציונות המדינית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חברי הכנסת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חיילים בצבא ההגנה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מהן ארבע ערי הקודש שבהן התרכז היישוב הישן?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ירושלים, חברון, צפת,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יפו, חיפה, עכו, רמלה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ירושלים, יפו, חיפה, צפת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הישן התקיים בעיקר מכספי חלוקה שנאספו בקרב יהודי הגולה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ביל״ו הייתה תנועת חלוצים שעלתה ארצה בעלייה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התנועה שקראה לתמוך בהתיישבות יהודית בארץ ישראל עוד לפני הציונות המדינית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תנועת החלוצים שעלתה ארצה בעלייה הראשונה והקימה מושבות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מבשרי הציונות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תנועת חלוצים מהעלייה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היישוב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רבנים והוגים שקראו לפעולה עוד לפני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ביל״ו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הברון רוטשילד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הנדיב הידוע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יהודים שגרו בארץ לפני העלייה הראשונה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הצהרת בלפור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ועידת סן רמו ואישור כתב המנדט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תחילת העלייה הראשונה והקמת מושבות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מבשרי הציונות קוראים לפעולה למען שיבת ציון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הבנה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ביקשו מבשרי הציונות שהעם היהודי יעשה?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הבדל אחד בין היישוב הישן ליישוב החדש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ציונות והיישוב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